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3AD17" w14:textId="77777777" w:rsidR="00423F18" w:rsidRDefault="00423F18" w:rsidP="00423F18">
      <w:pPr>
        <w:tabs>
          <w:tab w:val="left" w:pos="851"/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23F18"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23F1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423F18">
        <w:rPr>
          <w:rFonts w:ascii="Times New Roman" w:hAnsi="Times New Roman" w:cs="Times New Roman"/>
          <w:b/>
          <w:bCs/>
          <w:sz w:val="24"/>
          <w:szCs w:val="24"/>
        </w:rPr>
        <w:t>Permohonan</w:t>
      </w:r>
      <w:proofErr w:type="spellEnd"/>
      <w:r w:rsidRPr="00423F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b/>
          <w:bCs/>
          <w:sz w:val="24"/>
          <w:szCs w:val="24"/>
        </w:rPr>
        <w:t>Perpanjangan</w:t>
      </w:r>
      <w:proofErr w:type="spellEnd"/>
      <w:r w:rsidRPr="00423F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b/>
          <w:bCs/>
          <w:sz w:val="24"/>
          <w:szCs w:val="24"/>
        </w:rPr>
        <w:t>Kesesuaian</w:t>
      </w:r>
      <w:proofErr w:type="spellEnd"/>
      <w:r w:rsidRPr="00423F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423F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b/>
          <w:bCs/>
          <w:sz w:val="24"/>
          <w:szCs w:val="24"/>
        </w:rPr>
        <w:t>Pemanfaatan</w:t>
      </w:r>
      <w:proofErr w:type="spellEnd"/>
      <w:r w:rsidRPr="00423F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b/>
          <w:bCs/>
          <w:sz w:val="24"/>
          <w:szCs w:val="24"/>
        </w:rPr>
        <w:t>Ruang</w:t>
      </w:r>
      <w:proofErr w:type="spellEnd"/>
      <w:r w:rsidRPr="00423F18">
        <w:rPr>
          <w:rFonts w:ascii="Times New Roman" w:hAnsi="Times New Roman" w:cs="Times New Roman"/>
          <w:b/>
          <w:bCs/>
          <w:sz w:val="24"/>
          <w:szCs w:val="24"/>
        </w:rPr>
        <w:t xml:space="preserve"> (KKPR)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0FAE9C7" w14:textId="77777777" w:rsidR="00423F18" w:rsidRDefault="00423F18" w:rsidP="00423F18">
      <w:pPr>
        <w:tabs>
          <w:tab w:val="left" w:pos="851"/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C024D08" w14:textId="4494148F" w:rsidR="00527A85" w:rsidRPr="00423F18" w:rsidRDefault="00527A85" w:rsidP="00423F18">
      <w:pPr>
        <w:tabs>
          <w:tab w:val="left" w:pos="851"/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F1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Yth</w:t>
      </w:r>
      <w:proofErr w:type="spellEnd"/>
    </w:p>
    <w:p w14:paraId="286764C8" w14:textId="7E51AE03" w:rsidR="00527A85" w:rsidRPr="00423F18" w:rsidRDefault="00527A85" w:rsidP="00423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F18">
        <w:rPr>
          <w:rFonts w:ascii="Times New Roman" w:hAnsi="Times New Roman" w:cs="Times New Roman"/>
          <w:sz w:val="24"/>
          <w:szCs w:val="24"/>
        </w:rPr>
        <w:t>Bupati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Malinau</w:t>
      </w:r>
      <w:proofErr w:type="spellEnd"/>
    </w:p>
    <w:p w14:paraId="404F7B4C" w14:textId="7E336F15" w:rsidR="00527A85" w:rsidRPr="00423F18" w:rsidRDefault="00527A85" w:rsidP="00423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F18">
        <w:rPr>
          <w:rFonts w:ascii="Times New Roman" w:hAnsi="Times New Roman" w:cs="Times New Roman"/>
          <w:sz w:val="24"/>
          <w:szCs w:val="24"/>
        </w:rPr>
        <w:t>Cq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PMPTSP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Malinau</w:t>
      </w:r>
      <w:proofErr w:type="spellEnd"/>
    </w:p>
    <w:p w14:paraId="456780F4" w14:textId="77777777" w:rsidR="00423F18" w:rsidRDefault="00423F18" w:rsidP="00423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0230872" w14:textId="2AD8ED2E" w:rsidR="00527A85" w:rsidRPr="00423F18" w:rsidRDefault="00527A85" w:rsidP="00423F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3F1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D0051B" w14:textId="77777777" w:rsidR="008F4B54" w:rsidRPr="00423F18" w:rsidRDefault="008F4B54" w:rsidP="00423F18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3F18">
        <w:rPr>
          <w:rFonts w:ascii="Times New Roman" w:eastAsia="Calibri" w:hAnsi="Times New Roman" w:cs="Times New Roman"/>
          <w:sz w:val="24"/>
          <w:szCs w:val="24"/>
        </w:rPr>
        <w:t>Nama</w:t>
      </w:r>
      <w:r w:rsidRPr="00423F18">
        <w:rPr>
          <w:rFonts w:ascii="Times New Roman" w:eastAsia="Calibri" w:hAnsi="Times New Roman" w:cs="Times New Roman"/>
          <w:sz w:val="24"/>
          <w:szCs w:val="24"/>
        </w:rPr>
        <w:tab/>
        <w:t>:</w:t>
      </w:r>
    </w:p>
    <w:p w14:paraId="4D60BBBE" w14:textId="027E186C" w:rsidR="008F4B54" w:rsidRPr="00423F18" w:rsidRDefault="008F4B54" w:rsidP="00423F18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23F18">
        <w:rPr>
          <w:rFonts w:ascii="Times New Roman" w:eastAsia="Calibri" w:hAnsi="Times New Roman" w:cs="Times New Roman"/>
          <w:sz w:val="24"/>
          <w:szCs w:val="24"/>
        </w:rPr>
        <w:t>Alamat</w:t>
      </w:r>
      <w:proofErr w:type="spellEnd"/>
      <w:r w:rsidR="0026448C" w:rsidRPr="00423F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448C" w:rsidRPr="00423F18">
        <w:rPr>
          <w:rFonts w:ascii="Times New Roman" w:eastAsia="Calibri" w:hAnsi="Times New Roman" w:cs="Times New Roman"/>
          <w:sz w:val="24"/>
          <w:szCs w:val="24"/>
        </w:rPr>
        <w:t>Pemohon</w:t>
      </w:r>
      <w:proofErr w:type="spellEnd"/>
      <w:r w:rsidRPr="00423F18">
        <w:rPr>
          <w:rFonts w:ascii="Times New Roman" w:eastAsia="Calibri" w:hAnsi="Times New Roman" w:cs="Times New Roman"/>
          <w:sz w:val="24"/>
          <w:szCs w:val="24"/>
        </w:rPr>
        <w:tab/>
        <w:t>:</w:t>
      </w:r>
    </w:p>
    <w:p w14:paraId="130F472F" w14:textId="77777777" w:rsidR="008F4B54" w:rsidRPr="00423F18" w:rsidRDefault="008F4B54" w:rsidP="00423F18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3F18">
        <w:rPr>
          <w:rFonts w:ascii="Times New Roman" w:eastAsia="Calibri" w:hAnsi="Times New Roman" w:cs="Times New Roman"/>
          <w:sz w:val="24"/>
          <w:szCs w:val="24"/>
        </w:rPr>
        <w:t>Alamat Kantor</w:t>
      </w:r>
      <w:r w:rsidRPr="00423F18">
        <w:rPr>
          <w:rFonts w:ascii="Times New Roman" w:eastAsia="Calibri" w:hAnsi="Times New Roman" w:cs="Times New Roman"/>
          <w:sz w:val="24"/>
          <w:szCs w:val="24"/>
        </w:rPr>
        <w:tab/>
        <w:t>:</w:t>
      </w:r>
    </w:p>
    <w:p w14:paraId="4C2AA3C6" w14:textId="77777777" w:rsidR="008F4B54" w:rsidRPr="00423F18" w:rsidRDefault="008F4B54" w:rsidP="00423F18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23F18">
        <w:rPr>
          <w:rFonts w:ascii="Times New Roman" w:eastAsia="Calibri" w:hAnsi="Times New Roman" w:cs="Times New Roman"/>
          <w:sz w:val="24"/>
          <w:szCs w:val="24"/>
        </w:rPr>
        <w:t>Pekerjaan</w:t>
      </w:r>
      <w:proofErr w:type="spellEnd"/>
      <w:r w:rsidRPr="00423F18">
        <w:rPr>
          <w:rFonts w:ascii="Times New Roman" w:eastAsia="Calibri" w:hAnsi="Times New Roman" w:cs="Times New Roman"/>
          <w:sz w:val="24"/>
          <w:szCs w:val="24"/>
        </w:rPr>
        <w:tab/>
        <w:t>:</w:t>
      </w:r>
    </w:p>
    <w:p w14:paraId="1AD9CAA2" w14:textId="77777777" w:rsidR="008F4B54" w:rsidRPr="00423F18" w:rsidRDefault="008F4B54" w:rsidP="00423F18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423F18">
        <w:rPr>
          <w:rFonts w:ascii="Times New Roman" w:eastAsia="Calibri" w:hAnsi="Times New Roman" w:cs="Times New Roman"/>
          <w:sz w:val="24"/>
          <w:szCs w:val="24"/>
        </w:rPr>
        <w:t>Nomor</w:t>
      </w:r>
      <w:proofErr w:type="spellEnd"/>
      <w:r w:rsidRPr="00423F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eastAsia="Calibri" w:hAnsi="Times New Roman" w:cs="Times New Roman"/>
          <w:sz w:val="24"/>
          <w:szCs w:val="24"/>
        </w:rPr>
        <w:t>Hp</w:t>
      </w:r>
      <w:proofErr w:type="spellEnd"/>
      <w:r w:rsidRPr="00423F18">
        <w:rPr>
          <w:rFonts w:ascii="Times New Roman" w:eastAsia="Calibri" w:hAnsi="Times New Roman" w:cs="Times New Roman"/>
          <w:sz w:val="24"/>
          <w:szCs w:val="24"/>
        </w:rPr>
        <w:t>/No.</w:t>
      </w:r>
      <w:proofErr w:type="gramEnd"/>
      <w:r w:rsidRPr="00423F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23F18">
        <w:rPr>
          <w:rFonts w:ascii="Times New Roman" w:eastAsia="Calibri" w:hAnsi="Times New Roman" w:cs="Times New Roman"/>
          <w:sz w:val="24"/>
          <w:szCs w:val="24"/>
        </w:rPr>
        <w:t xml:space="preserve">WA </w:t>
      </w:r>
      <w:proofErr w:type="spellStart"/>
      <w:r w:rsidRPr="00423F18">
        <w:rPr>
          <w:rFonts w:ascii="Times New Roman" w:eastAsia="Calibri" w:hAnsi="Times New Roman" w:cs="Times New Roman"/>
          <w:sz w:val="24"/>
          <w:szCs w:val="24"/>
        </w:rPr>
        <w:t>Aktif</w:t>
      </w:r>
      <w:proofErr w:type="spellEnd"/>
      <w:r w:rsidRPr="00423F1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423F18">
        <w:rPr>
          <w:rFonts w:ascii="Times New Roman" w:eastAsia="Calibri" w:hAnsi="Times New Roman" w:cs="Times New Roman"/>
          <w:sz w:val="24"/>
          <w:szCs w:val="24"/>
        </w:rPr>
        <w:tab/>
        <w:t>:</w:t>
      </w:r>
    </w:p>
    <w:p w14:paraId="7A1B5871" w14:textId="44BC1252" w:rsidR="00527A85" w:rsidRPr="00423F18" w:rsidRDefault="008F4B54" w:rsidP="00423F18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3F18">
        <w:rPr>
          <w:rFonts w:ascii="Times New Roman" w:eastAsia="Calibri" w:hAnsi="Times New Roman" w:cs="Times New Roman"/>
          <w:sz w:val="24"/>
          <w:szCs w:val="24"/>
        </w:rPr>
        <w:t>NPWP</w:t>
      </w:r>
      <w:r w:rsidRPr="00423F18">
        <w:rPr>
          <w:rFonts w:ascii="Times New Roman" w:eastAsia="Calibri" w:hAnsi="Times New Roman" w:cs="Times New Roman"/>
          <w:sz w:val="24"/>
          <w:szCs w:val="24"/>
        </w:rPr>
        <w:tab/>
        <w:t>:</w:t>
      </w:r>
    </w:p>
    <w:p w14:paraId="6E1C2345" w14:textId="77777777" w:rsidR="00527A85" w:rsidRPr="00423F18" w:rsidRDefault="00527A85" w:rsidP="00423F18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1CCD8E" w14:textId="4F2E9BBE" w:rsidR="00527A85" w:rsidRPr="00423F18" w:rsidRDefault="0026448C" w:rsidP="00423F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423F18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m</w:t>
      </w:r>
      <w:r w:rsidR="00527A85" w:rsidRPr="00423F18">
        <w:rPr>
          <w:rFonts w:ascii="Times New Roman" w:hAnsi="Times New Roman" w:cs="Times New Roman"/>
          <w:sz w:val="24"/>
          <w:szCs w:val="24"/>
        </w:rPr>
        <w:t>engajukan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</w:rPr>
        <w:t xml:space="preserve"> KKPR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</w:rPr>
        <w:t xml:space="preserve"> KKPR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F90649B" w14:textId="70005EF4" w:rsidR="00613513" w:rsidRPr="00423F18" w:rsidRDefault="00423F18" w:rsidP="00423F1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F1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448C" w:rsidRPr="00423F1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3F18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lampirkan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423F1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23F18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="00613513" w:rsidRPr="00423F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Scan asli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KKPR;</w:t>
      </w:r>
      <w:r w:rsidRPr="00423F18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="00613513" w:rsidRPr="00423F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Scan asli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KKPR yang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dimohonkan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>;</w:t>
      </w:r>
      <w:r w:rsidRPr="00423F18">
        <w:rPr>
          <w:rFonts w:ascii="Times New Roman" w:hAnsi="Times New Roman" w:cs="Times New Roman"/>
          <w:sz w:val="24"/>
          <w:szCs w:val="24"/>
        </w:rPr>
        <w:br/>
        <w:t xml:space="preserve">3. </w:t>
      </w:r>
      <w:r w:rsidR="00613513" w:rsidRPr="00423F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Scan asli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>Bukti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>pemilikan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>penguasaan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>tanah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>dilampirkan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27A85" w:rsidRPr="00423F18">
        <w:rPr>
          <w:rFonts w:ascii="Times New Roman" w:hAnsi="Times New Roman" w:cs="Times New Roman"/>
          <w:sz w:val="24"/>
          <w:szCs w:val="24"/>
          <w:lang w:val="en-ID"/>
        </w:rPr>
        <w:t>peta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>;</w:t>
      </w:r>
      <w:r w:rsidRPr="00423F18"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="00613513" w:rsidRPr="00423F18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proofErr w:type="spellStart"/>
      <w:r w:rsidR="00613513" w:rsidRPr="00423F18">
        <w:rPr>
          <w:rFonts w:ascii="Times New Roman" w:hAnsi="Times New Roman" w:cs="Times New Roman"/>
          <w:sz w:val="24"/>
          <w:szCs w:val="24"/>
          <w:lang w:val="en-ID"/>
        </w:rPr>
        <w:t>Koordinat</w:t>
      </w:r>
      <w:proofErr w:type="spellEnd"/>
      <w:r w:rsidR="00613513"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613513" w:rsidRPr="00423F18">
        <w:rPr>
          <w:rFonts w:ascii="Times New Roman" w:hAnsi="Times New Roman" w:cs="Times New Roman"/>
          <w:sz w:val="24"/>
          <w:szCs w:val="24"/>
          <w:lang w:val="en-ID"/>
        </w:rPr>
        <w:t>lokasi</w:t>
      </w:r>
      <w:proofErr w:type="spellEnd"/>
      <w:r w:rsidR="00613513"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613513" w:rsidRPr="00423F18">
        <w:rPr>
          <w:rFonts w:ascii="Times New Roman" w:hAnsi="Times New Roman" w:cs="Times New Roman"/>
          <w:sz w:val="24"/>
          <w:szCs w:val="24"/>
          <w:lang w:val="en-ID"/>
        </w:rPr>
        <w:t>tanah</w:t>
      </w:r>
      <w:proofErr w:type="spellEnd"/>
      <w:r w:rsidR="00613513"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="00613513" w:rsidRPr="00423F18">
        <w:rPr>
          <w:rFonts w:ascii="Times New Roman" w:hAnsi="Times New Roman" w:cs="Times New Roman"/>
          <w:sz w:val="24"/>
          <w:szCs w:val="24"/>
          <w:lang w:val="en-ID"/>
        </w:rPr>
        <w:t>sudah</w:t>
      </w:r>
      <w:proofErr w:type="spellEnd"/>
      <w:r w:rsidR="00613513"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613513" w:rsidRPr="00423F18">
        <w:rPr>
          <w:rFonts w:ascii="Times New Roman" w:hAnsi="Times New Roman" w:cs="Times New Roman"/>
          <w:sz w:val="24"/>
          <w:szCs w:val="24"/>
          <w:lang w:val="en-ID"/>
        </w:rPr>
        <w:t>d</w:t>
      </w:r>
      <w:r>
        <w:rPr>
          <w:rFonts w:ascii="Times New Roman" w:hAnsi="Times New Roman" w:cs="Times New Roman"/>
          <w:sz w:val="24"/>
          <w:szCs w:val="24"/>
          <w:lang w:val="en-ID"/>
        </w:rPr>
        <w:t>imiliki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dikuasai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format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613513" w:rsidRPr="00423F18">
        <w:rPr>
          <w:rFonts w:ascii="Times New Roman" w:hAnsi="Times New Roman" w:cs="Times New Roman"/>
          <w:sz w:val="24"/>
          <w:szCs w:val="24"/>
          <w:lang w:val="en-ID"/>
        </w:rPr>
        <w:t>shp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>;</w:t>
      </w:r>
    </w:p>
    <w:p w14:paraId="70E5ECB7" w14:textId="3DA4CCD5" w:rsidR="00613513" w:rsidRPr="00423F18" w:rsidRDefault="00613513" w:rsidP="00423F18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423F18">
        <w:rPr>
          <w:rFonts w:ascii="Times New Roman" w:hAnsi="Times New Roman" w:cs="Times New Roman"/>
          <w:sz w:val="24"/>
          <w:szCs w:val="24"/>
        </w:rPr>
        <w:t xml:space="preserve">5. </w:t>
      </w:r>
      <w:r w:rsidRPr="00423F18">
        <w:rPr>
          <w:rFonts w:ascii="Times New Roman" w:hAnsi="Times New Roman" w:cs="Times New Roman"/>
          <w:sz w:val="24"/>
          <w:szCs w:val="24"/>
        </w:rPr>
        <w:tab/>
      </w:r>
      <w:r w:rsidR="00423F18">
        <w:rPr>
          <w:rFonts w:ascii="Times New Roman" w:hAnsi="Times New Roman" w:cs="Times New Roman"/>
          <w:sz w:val="24"/>
          <w:szCs w:val="24"/>
          <w:lang w:val="id-ID"/>
        </w:rPr>
        <w:t xml:space="preserve">Scan asli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pengadaan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>);</w:t>
      </w:r>
    </w:p>
    <w:p w14:paraId="4C6A5294" w14:textId="7BDB8758" w:rsidR="00613513" w:rsidRPr="00423F18" w:rsidRDefault="00613513" w:rsidP="00423F1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3F18">
        <w:rPr>
          <w:rFonts w:ascii="Times New Roman" w:hAnsi="Times New Roman" w:cs="Times New Roman"/>
          <w:sz w:val="24"/>
          <w:szCs w:val="24"/>
        </w:rPr>
        <w:t xml:space="preserve">6. </w:t>
      </w:r>
      <w:r w:rsidRPr="00423F18">
        <w:rPr>
          <w:rFonts w:ascii="Times New Roman" w:hAnsi="Times New Roman" w:cs="Times New Roman"/>
          <w:sz w:val="24"/>
          <w:szCs w:val="24"/>
        </w:rPr>
        <w:tab/>
      </w:r>
      <w:r w:rsidR="00423F18">
        <w:rPr>
          <w:rFonts w:ascii="Times New Roman" w:hAnsi="Times New Roman" w:cs="Times New Roman"/>
          <w:sz w:val="24"/>
          <w:szCs w:val="24"/>
          <w:lang w:val="id-ID"/>
        </w:rPr>
        <w:t xml:space="preserve">Scan asli </w:t>
      </w:r>
      <w:proofErr w:type="spellStart"/>
      <w:r w:rsidRPr="00423F18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  <w:lang w:val="en-ID"/>
        </w:rPr>
        <w:t>Pernyataan</w:t>
      </w:r>
      <w:proofErr w:type="spellEnd"/>
      <w:r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  <w:lang w:val="en-ID"/>
        </w:rPr>
        <w:t>Tanggung</w:t>
      </w:r>
      <w:proofErr w:type="spellEnd"/>
      <w:r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  <w:lang w:val="en-ID"/>
        </w:rPr>
        <w:t>Jawab</w:t>
      </w:r>
      <w:proofErr w:type="spellEnd"/>
      <w:r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  <w:lang w:val="en-ID"/>
        </w:rPr>
        <w:t>Mutlak</w:t>
      </w:r>
      <w:proofErr w:type="spellEnd"/>
      <w:r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  <w:lang w:val="en-ID"/>
        </w:rPr>
        <w:t>kebenaran</w:t>
      </w:r>
      <w:proofErr w:type="spellEnd"/>
      <w:r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423F18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423F18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23F18">
        <w:rPr>
          <w:rFonts w:ascii="Times New Roman" w:hAnsi="Times New Roman" w:cs="Times New Roman"/>
          <w:sz w:val="24"/>
          <w:szCs w:val="24"/>
          <w:lang w:val="en-ID"/>
        </w:rPr>
        <w:t>disampaikan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>;</w:t>
      </w:r>
    </w:p>
    <w:p w14:paraId="3289D19F" w14:textId="7A9D4858" w:rsidR="00527A85" w:rsidRPr="00423F18" w:rsidRDefault="00613513" w:rsidP="00423F18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423F18">
        <w:rPr>
          <w:rFonts w:ascii="Times New Roman" w:hAnsi="Times New Roman" w:cs="Times New Roman"/>
          <w:sz w:val="24"/>
          <w:szCs w:val="24"/>
        </w:rPr>
        <w:t xml:space="preserve">7. </w:t>
      </w:r>
      <w:r w:rsidRPr="00423F18">
        <w:rPr>
          <w:rFonts w:ascii="Times New Roman" w:hAnsi="Times New Roman" w:cs="Times New Roman"/>
          <w:sz w:val="24"/>
          <w:szCs w:val="24"/>
        </w:rPr>
        <w:tab/>
      </w:r>
      <w:r w:rsidR="00423F18">
        <w:rPr>
          <w:rFonts w:ascii="Times New Roman" w:hAnsi="Times New Roman" w:cs="Times New Roman"/>
          <w:sz w:val="24"/>
          <w:szCs w:val="24"/>
          <w:lang w:val="id-ID"/>
        </w:rPr>
        <w:t xml:space="preserve">Scan asli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Kuasa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>).</w:t>
      </w:r>
      <w:r w:rsidRPr="00423F18">
        <w:rPr>
          <w:rFonts w:ascii="Times New Roman" w:hAnsi="Times New Roman" w:cs="Times New Roman"/>
          <w:sz w:val="24"/>
          <w:szCs w:val="24"/>
        </w:rPr>
        <w:br/>
      </w:r>
      <w:r w:rsidRPr="00423F18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Pr="00423F1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3F1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perkenannya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3F18">
        <w:rPr>
          <w:rFonts w:ascii="Times New Roman" w:hAnsi="Times New Roman" w:cs="Times New Roman"/>
          <w:sz w:val="24"/>
          <w:szCs w:val="24"/>
        </w:rPr>
        <w:br/>
      </w:r>
    </w:p>
    <w:p w14:paraId="48ACE728" w14:textId="77777777" w:rsidR="00527A85" w:rsidRPr="00423F18" w:rsidRDefault="00527A85" w:rsidP="00527A85">
      <w:pPr>
        <w:tabs>
          <w:tab w:val="center" w:pos="680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71B741" w14:textId="172B083D" w:rsidR="00527A85" w:rsidRPr="00423F18" w:rsidRDefault="00527A85" w:rsidP="00527A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F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proofErr w:type="gramStart"/>
      <w:r w:rsidRPr="00423F18">
        <w:rPr>
          <w:rFonts w:ascii="Times New Roman" w:hAnsi="Times New Roman" w:cs="Times New Roman"/>
          <w:sz w:val="24"/>
          <w:szCs w:val="24"/>
        </w:rPr>
        <w:t>Malinau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>, ……………………</w:t>
      </w:r>
      <w:proofErr w:type="gramEnd"/>
    </w:p>
    <w:p w14:paraId="37900DA8" w14:textId="77777777" w:rsidR="00527A85" w:rsidRPr="00423F18" w:rsidRDefault="00527A85" w:rsidP="00527A85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F18">
        <w:rPr>
          <w:rFonts w:ascii="Times New Roman" w:hAnsi="Times New Roman" w:cs="Times New Roman"/>
          <w:sz w:val="24"/>
          <w:szCs w:val="24"/>
        </w:rPr>
        <w:tab/>
      </w:r>
    </w:p>
    <w:p w14:paraId="2C68C617" w14:textId="77777777" w:rsidR="00527A85" w:rsidRPr="00423F18" w:rsidRDefault="00527A85" w:rsidP="00527A85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F1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>,</w:t>
      </w:r>
    </w:p>
    <w:p w14:paraId="4A8434F3" w14:textId="77777777" w:rsidR="00527A85" w:rsidRPr="00423F18" w:rsidRDefault="00527A85" w:rsidP="00527A85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F18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2D7C8" wp14:editId="5B2CE51A">
                <wp:simplePos x="0" y="0"/>
                <wp:positionH relativeFrom="column">
                  <wp:posOffset>3337560</wp:posOffset>
                </wp:positionH>
                <wp:positionV relativeFrom="paragraph">
                  <wp:posOffset>147320</wp:posOffset>
                </wp:positionV>
                <wp:extent cx="733425" cy="4476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7BCE0" w14:textId="77777777" w:rsidR="00527A85" w:rsidRDefault="00527A85" w:rsidP="00527A85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10.000,-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E52D7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8pt;margin-top:11.6pt;width:57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">
                <v:textbox>
                  <w:txbxContent>
                    <w:p w14:paraId="5197BCE0" w14:textId="77777777" w:rsidR="00527A85" w:rsidRDefault="00527A85" w:rsidP="00527A85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10.000,-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4AA33C9" w14:textId="77777777" w:rsidR="00527A85" w:rsidRPr="00423F18" w:rsidRDefault="00527A85" w:rsidP="00527A85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18063" w14:textId="77777777" w:rsidR="00527A85" w:rsidRPr="00423F18" w:rsidRDefault="00527A85" w:rsidP="00527A85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4CFA53" w14:textId="77777777" w:rsidR="0026448C" w:rsidRPr="00423F18" w:rsidRDefault="00527A85" w:rsidP="00613513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F18">
        <w:rPr>
          <w:rFonts w:ascii="Times New Roman" w:hAnsi="Times New Roman" w:cs="Times New Roman"/>
          <w:sz w:val="24"/>
          <w:szCs w:val="24"/>
        </w:rPr>
        <w:tab/>
        <w:t>……………………….</w:t>
      </w:r>
    </w:p>
    <w:p w14:paraId="700C730D" w14:textId="0B63141A" w:rsidR="0026448C" w:rsidRPr="00423F18" w:rsidRDefault="0026448C" w:rsidP="00613513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23F18">
        <w:rPr>
          <w:rFonts w:ascii="Times New Roman" w:hAnsi="Times New Roman" w:cs="Times New Roman"/>
          <w:sz w:val="24"/>
          <w:szCs w:val="24"/>
        </w:rPr>
        <w:t>Tembusan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FE362B7" w14:textId="77777777" w:rsidR="0026448C" w:rsidRPr="00423F18" w:rsidRDefault="0026448C" w:rsidP="0026448C">
      <w:pPr>
        <w:pStyle w:val="ListParagraph"/>
        <w:numPr>
          <w:ilvl w:val="0"/>
          <w:numId w:val="10"/>
        </w:numPr>
        <w:tabs>
          <w:tab w:val="center" w:pos="6804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423F18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DPU PR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Perkim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Malinau</w:t>
      </w:r>
      <w:proofErr w:type="spellEnd"/>
    </w:p>
    <w:p w14:paraId="0CB8804A" w14:textId="0B83CDBD" w:rsidR="00527A85" w:rsidRPr="00423F18" w:rsidRDefault="0026448C" w:rsidP="0026448C">
      <w:pPr>
        <w:pStyle w:val="ListParagraph"/>
        <w:numPr>
          <w:ilvl w:val="0"/>
          <w:numId w:val="10"/>
        </w:numPr>
        <w:tabs>
          <w:tab w:val="center" w:pos="6804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423F18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BPN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2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F18">
        <w:rPr>
          <w:rFonts w:ascii="Times New Roman" w:hAnsi="Times New Roman" w:cs="Times New Roman"/>
          <w:sz w:val="24"/>
          <w:szCs w:val="24"/>
        </w:rPr>
        <w:t>Malinau</w:t>
      </w:r>
      <w:proofErr w:type="spellEnd"/>
      <w:r w:rsidR="00527A85" w:rsidRPr="00423F18">
        <w:rPr>
          <w:rFonts w:ascii="Times New Roman" w:hAnsi="Times New Roman" w:cs="Times New Roman"/>
          <w:sz w:val="24"/>
          <w:szCs w:val="24"/>
        </w:rPr>
        <w:br/>
      </w:r>
    </w:p>
    <w:sectPr w:rsidR="00527A85" w:rsidRPr="00423F18" w:rsidSect="0026448C">
      <w:pgSz w:w="12240" w:h="20160" w:code="5"/>
      <w:pgMar w:top="567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D7D2581"/>
    <w:multiLevelType w:val="hybridMultilevel"/>
    <w:tmpl w:val="DDDA84D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7007D"/>
    <w:rsid w:val="0026448C"/>
    <w:rsid w:val="0029639D"/>
    <w:rsid w:val="00326F90"/>
    <w:rsid w:val="00423F18"/>
    <w:rsid w:val="00444BA3"/>
    <w:rsid w:val="00527A85"/>
    <w:rsid w:val="00613513"/>
    <w:rsid w:val="008F4B54"/>
    <w:rsid w:val="00A26236"/>
    <w:rsid w:val="00A90E58"/>
    <w:rsid w:val="00AA1D8D"/>
    <w:rsid w:val="00AC5F80"/>
    <w:rsid w:val="00B47730"/>
    <w:rsid w:val="00B47FDB"/>
    <w:rsid w:val="00CB0664"/>
    <w:rsid w:val="00E34C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94D2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5CA1B3-C4F6-40F1-A3C1-45E74CA0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7</cp:revision>
  <dcterms:created xsi:type="dcterms:W3CDTF">2013-12-23T23:15:00Z</dcterms:created>
  <dcterms:modified xsi:type="dcterms:W3CDTF">2026-07-02T01:48:00Z</dcterms:modified>
  <cp:category/>
</cp:coreProperties>
</file>